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A3AD4" w14:textId="77777777" w:rsidR="00266E6A" w:rsidRDefault="00011806" w:rsidP="00E60187">
      <w:pPr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D8A808" wp14:editId="5FBBE9AF">
                <wp:simplePos x="0" y="0"/>
                <wp:positionH relativeFrom="column">
                  <wp:posOffset>4772025</wp:posOffset>
                </wp:positionH>
                <wp:positionV relativeFrom="paragraph">
                  <wp:posOffset>-6985</wp:posOffset>
                </wp:positionV>
                <wp:extent cx="1114425" cy="714375"/>
                <wp:effectExtent l="0" t="0" r="9525" b="9525"/>
                <wp:wrapNone/>
                <wp:docPr id="864530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07CE5A" w14:textId="5DB4F7A5" w:rsidR="00011806" w:rsidRDefault="0001180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8D5C59" wp14:editId="6517459A">
                                  <wp:extent cx="607060" cy="626110"/>
                                  <wp:effectExtent l="0" t="0" r="2540" b="2540"/>
                                  <wp:docPr id="520943214" name="Picture 2" descr="A blue square with white text and a hous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0943214" name="Picture 2" descr="A blue square with white text and a hous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7060" cy="62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8A8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5.75pt;margin-top:-.55pt;width:87.75pt;height:56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" fillcolor="white [3201]" stroked="f" strokeweight=".5pt">
                <v:textbox>
                  <w:txbxContent>
                    <w:p w14:paraId="5707CE5A" w14:textId="5DB4F7A5" w:rsidR="00011806" w:rsidRDefault="00011806">
                      <w:r>
                        <w:rPr>
                          <w:noProof/>
                        </w:rPr>
                        <w:drawing>
                          <wp:inline distT="0" distB="0" distL="0" distR="0" wp14:anchorId="028D5C59" wp14:editId="6517459A">
                            <wp:extent cx="607060" cy="626110"/>
                            <wp:effectExtent l="0" t="0" r="2540" b="2540"/>
                            <wp:docPr id="520943214" name="Picture 2" descr="A blue square with white text and a hous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0943214" name="Picture 2" descr="A blue square with white text and a house&#10;&#10;AI-generated content may be incorrect.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7060" cy="62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4777">
        <w:rPr>
          <w:b/>
          <w:sz w:val="32"/>
        </w:rPr>
        <w:t xml:space="preserve">       </w:t>
      </w:r>
    </w:p>
    <w:p w14:paraId="00787D59" w14:textId="45D5C16D" w:rsidR="00DA11B3" w:rsidRPr="00E60187" w:rsidRDefault="00011806" w:rsidP="00E60187">
      <w:pPr>
        <w:rPr>
          <w:b/>
          <w:sz w:val="32"/>
        </w:rPr>
      </w:pPr>
      <w:r>
        <w:rPr>
          <w:b/>
          <w:sz w:val="32"/>
        </w:rPr>
        <w:t>SILVERSTONE COURT CAFÉ ORDER FORM</w:t>
      </w:r>
    </w:p>
    <w:p w14:paraId="296D81DF" w14:textId="77777777" w:rsidR="00DA11B3" w:rsidRPr="00685697" w:rsidRDefault="00011806" w:rsidP="00AC008E">
      <w:pPr>
        <w:spacing w:after="0"/>
        <w:rPr>
          <w:b/>
          <w:bCs/>
        </w:rPr>
      </w:pPr>
      <w:r w:rsidRPr="00685697">
        <w:rPr>
          <w:b/>
          <w:bCs/>
        </w:rPr>
        <w:t>Contact us on Tel. 0121 486 1366 | WhatsApp 07391 569 425 | Email: admin@bjha.co.uk</w:t>
      </w:r>
    </w:p>
    <w:p w14:paraId="7340B3EC" w14:textId="7A9415B9" w:rsidR="00DA11B3" w:rsidRDefault="00011806" w:rsidP="00AC008E">
      <w:pPr>
        <w:spacing w:after="0"/>
      </w:pPr>
      <w:r>
        <w:t>If you have any concerns about allergens, please speak with a staff member. Thank you.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38"/>
        <w:gridCol w:w="4560"/>
        <w:gridCol w:w="1677"/>
        <w:gridCol w:w="1276"/>
      </w:tblGrid>
      <w:tr w:rsidR="008E01A1" w:rsidRPr="00FD2BB5" w14:paraId="0B1AAD05" w14:textId="008F6C4B" w:rsidTr="00266E6A">
        <w:tc>
          <w:tcPr>
            <w:tcW w:w="1838" w:type="dxa"/>
          </w:tcPr>
          <w:p w14:paraId="14436683" w14:textId="77777777" w:rsidR="008E01A1" w:rsidRPr="00FD2BB5" w:rsidRDefault="008E01A1">
            <w:r w:rsidRPr="00FD2BB5">
              <w:t>NAME</w:t>
            </w:r>
          </w:p>
        </w:tc>
        <w:tc>
          <w:tcPr>
            <w:tcW w:w="4560" w:type="dxa"/>
          </w:tcPr>
          <w:p w14:paraId="78C07A24" w14:textId="77777777" w:rsidR="008E01A1" w:rsidRPr="00FD2BB5" w:rsidRDefault="008E01A1">
            <w:r w:rsidRPr="00FD2BB5">
              <w:t xml:space="preserve"> </w:t>
            </w:r>
          </w:p>
        </w:tc>
        <w:tc>
          <w:tcPr>
            <w:tcW w:w="1677" w:type="dxa"/>
          </w:tcPr>
          <w:p w14:paraId="43279DB7" w14:textId="70912DA0" w:rsidR="008E01A1" w:rsidRPr="00FD2BB5" w:rsidRDefault="008E01A1" w:rsidP="008E01A1">
            <w:r w:rsidRPr="00FD2BB5">
              <w:t>F</w:t>
            </w:r>
            <w:r w:rsidR="00266E6A" w:rsidRPr="00FD2BB5">
              <w:t>LAT NUMBER</w:t>
            </w:r>
          </w:p>
        </w:tc>
        <w:tc>
          <w:tcPr>
            <w:tcW w:w="1276" w:type="dxa"/>
          </w:tcPr>
          <w:p w14:paraId="193A1BB7" w14:textId="77777777" w:rsidR="008E01A1" w:rsidRPr="00FD2BB5" w:rsidRDefault="008E01A1" w:rsidP="008E01A1"/>
        </w:tc>
      </w:tr>
      <w:tr w:rsidR="00DA11B3" w:rsidRPr="00FD2BB5" w14:paraId="41731EEE" w14:textId="77777777" w:rsidTr="00E60187">
        <w:tc>
          <w:tcPr>
            <w:tcW w:w="1838" w:type="dxa"/>
          </w:tcPr>
          <w:p w14:paraId="38674755" w14:textId="77777777" w:rsidR="00DA11B3" w:rsidRPr="00FD2BB5" w:rsidRDefault="00011806">
            <w:r w:rsidRPr="00FD2BB5">
              <w:t>DATE</w:t>
            </w:r>
          </w:p>
        </w:tc>
        <w:tc>
          <w:tcPr>
            <w:tcW w:w="7513" w:type="dxa"/>
            <w:gridSpan w:val="3"/>
          </w:tcPr>
          <w:p w14:paraId="6D286337" w14:textId="77777777" w:rsidR="00DA11B3" w:rsidRPr="00FD2BB5" w:rsidRDefault="00011806">
            <w:r w:rsidRPr="00FD2BB5">
              <w:t xml:space="preserve"> </w:t>
            </w:r>
          </w:p>
        </w:tc>
      </w:tr>
    </w:tbl>
    <w:p w14:paraId="70F2E7FD" w14:textId="2068BD79" w:rsidR="00DA11B3" w:rsidRPr="00FD2BB5" w:rsidRDefault="00011806" w:rsidP="004B4A7B">
      <w:pPr>
        <w:pStyle w:val="ListParagraph"/>
        <w:numPr>
          <w:ilvl w:val="0"/>
          <w:numId w:val="11"/>
        </w:numPr>
        <w:spacing w:after="0"/>
      </w:pPr>
      <w:r w:rsidRPr="00FD2BB5">
        <w:rPr>
          <w:b/>
        </w:rPr>
        <w:t>SOUP OF THE DAY</w:t>
      </w:r>
      <w:r w:rsidR="00685697" w:rsidRPr="00FD2BB5">
        <w:rPr>
          <w:b/>
        </w:rPr>
        <w:t xml:space="preserve">: </w:t>
      </w:r>
    </w:p>
    <w:tbl>
      <w:tblPr>
        <w:tblStyle w:val="GridTable4"/>
        <w:tblW w:w="9351" w:type="dxa"/>
        <w:tblLook w:val="04A0" w:firstRow="1" w:lastRow="0" w:firstColumn="1" w:lastColumn="0" w:noHBand="0" w:noVBand="1"/>
      </w:tblPr>
      <w:tblGrid>
        <w:gridCol w:w="2880"/>
        <w:gridCol w:w="1339"/>
        <w:gridCol w:w="1541"/>
        <w:gridCol w:w="3591"/>
      </w:tblGrid>
      <w:tr w:rsidR="00343E9F" w:rsidRPr="00FD2BB5" w14:paraId="7B4D0C11" w14:textId="77777777" w:rsidTr="00092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D9D9D9" w:themeFill="background1" w:themeFillShade="D9"/>
          </w:tcPr>
          <w:p w14:paraId="31BAC53B" w14:textId="77777777" w:rsidR="00685697" w:rsidRPr="00FD2BB5" w:rsidRDefault="00685697">
            <w:pPr>
              <w:rPr>
                <w:color w:val="auto"/>
              </w:rPr>
            </w:pPr>
            <w:r w:rsidRPr="00FD2BB5">
              <w:rPr>
                <w:color w:val="auto"/>
              </w:rPr>
              <w:t>Item</w:t>
            </w:r>
          </w:p>
        </w:tc>
        <w:tc>
          <w:tcPr>
            <w:tcW w:w="1339" w:type="dxa"/>
            <w:shd w:val="clear" w:color="auto" w:fill="D9D9D9" w:themeFill="background1" w:themeFillShade="D9"/>
          </w:tcPr>
          <w:p w14:paraId="652D26B2" w14:textId="1405CBBC" w:rsidR="00685697" w:rsidRPr="00FD2BB5" w:rsidRDefault="006856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Eat In</w:t>
            </w:r>
          </w:p>
        </w:tc>
        <w:tc>
          <w:tcPr>
            <w:tcW w:w="1541" w:type="dxa"/>
            <w:shd w:val="clear" w:color="auto" w:fill="D9D9D9" w:themeFill="background1" w:themeFillShade="D9"/>
          </w:tcPr>
          <w:p w14:paraId="7D92F4E2" w14:textId="77777777" w:rsidR="00685697" w:rsidRPr="00FD2BB5" w:rsidRDefault="00685697" w:rsidP="00685697">
            <w:pPr>
              <w:ind w:left="7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Take Away</w:t>
            </w:r>
          </w:p>
        </w:tc>
        <w:tc>
          <w:tcPr>
            <w:tcW w:w="3591" w:type="dxa"/>
            <w:shd w:val="clear" w:color="auto" w:fill="D9D9D9" w:themeFill="background1" w:themeFillShade="D9"/>
          </w:tcPr>
          <w:p w14:paraId="103278B2" w14:textId="4297938E" w:rsidR="00685697" w:rsidRPr="00FD2BB5" w:rsidRDefault="00685697" w:rsidP="00C7722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Price</w:t>
            </w:r>
          </w:p>
        </w:tc>
      </w:tr>
      <w:tr w:rsidR="00685697" w:rsidRPr="00FD2BB5" w14:paraId="1BA1283E" w14:textId="77777777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55D4EC59" w14:textId="08B55B60" w:rsidR="00685697" w:rsidRPr="00FD2BB5" w:rsidRDefault="00685697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With Roll &amp; Butter</w:t>
            </w:r>
          </w:p>
        </w:tc>
        <w:tc>
          <w:tcPr>
            <w:tcW w:w="1339" w:type="dxa"/>
            <w:shd w:val="clear" w:color="auto" w:fill="auto"/>
          </w:tcPr>
          <w:p w14:paraId="647BFC0E" w14:textId="11FE1EB9" w:rsidR="00685697" w:rsidRPr="00FD2BB5" w:rsidRDefault="00685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14:paraId="3EC45286" w14:textId="77777777" w:rsidR="00685697" w:rsidRPr="00FD2BB5" w:rsidRDefault="00685697" w:rsidP="00685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91" w:type="dxa"/>
            <w:shd w:val="clear" w:color="auto" w:fill="auto"/>
          </w:tcPr>
          <w:p w14:paraId="03818A3E" w14:textId="122D6DBA" w:rsidR="00685697" w:rsidRPr="00FD2BB5" w:rsidRDefault="00685697" w:rsidP="00C772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£3.</w:t>
            </w:r>
            <w:r w:rsidR="009D40AB" w:rsidRPr="00FD2BB5">
              <w:t>25</w:t>
            </w:r>
          </w:p>
        </w:tc>
      </w:tr>
    </w:tbl>
    <w:p w14:paraId="3E382CD9" w14:textId="558FF424" w:rsidR="00DA11B3" w:rsidRPr="00FD2BB5" w:rsidRDefault="00011806" w:rsidP="00C77229">
      <w:pPr>
        <w:pStyle w:val="ListParagraph"/>
        <w:numPr>
          <w:ilvl w:val="0"/>
          <w:numId w:val="10"/>
        </w:numPr>
        <w:spacing w:after="0"/>
      </w:pPr>
      <w:r w:rsidRPr="00FD2BB5">
        <w:rPr>
          <w:b/>
        </w:rPr>
        <w:t>SANDWICHES</w:t>
      </w:r>
      <w:r w:rsidR="00FF0FAD">
        <w:rPr>
          <w:b/>
        </w:rPr>
        <w:t>?</w:t>
      </w:r>
      <w:r w:rsidR="00CD18A1" w:rsidRPr="00FD2BB5">
        <w:rPr>
          <w:b/>
        </w:rPr>
        <w:t xml:space="preserve"> </w:t>
      </w:r>
      <w:r w:rsidR="00BD33B6" w:rsidRPr="00FD2BB5">
        <w:rPr>
          <w:b/>
        </w:rPr>
        <w:tab/>
      </w:r>
      <w:r w:rsidR="00BD33B6" w:rsidRPr="00FD2BB5">
        <w:rPr>
          <w:b/>
        </w:rPr>
        <w:tab/>
        <w:t>BAGELS</w:t>
      </w:r>
      <w:r w:rsidR="00FF0FAD">
        <w:rPr>
          <w:b/>
        </w:rPr>
        <w:t>?</w:t>
      </w:r>
    </w:p>
    <w:tbl>
      <w:tblPr>
        <w:tblStyle w:val="GridTable4"/>
        <w:tblW w:w="9351" w:type="dxa"/>
        <w:tblLook w:val="04A0" w:firstRow="1" w:lastRow="0" w:firstColumn="1" w:lastColumn="0" w:noHBand="0" w:noVBand="1"/>
      </w:tblPr>
      <w:tblGrid>
        <w:gridCol w:w="2880"/>
        <w:gridCol w:w="1339"/>
        <w:gridCol w:w="1541"/>
        <w:gridCol w:w="930"/>
        <w:gridCol w:w="900"/>
        <w:gridCol w:w="1761"/>
      </w:tblGrid>
      <w:tr w:rsidR="00343E9F" w:rsidRPr="00FD2BB5" w14:paraId="4B79B93C" w14:textId="40E0AD43" w:rsidTr="00092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D9D9D9" w:themeFill="background1" w:themeFillShade="D9"/>
          </w:tcPr>
          <w:p w14:paraId="0C1D51E8" w14:textId="783D7634" w:rsidR="00C77229" w:rsidRPr="00FD2BB5" w:rsidRDefault="00C77229">
            <w:pPr>
              <w:rPr>
                <w:color w:val="auto"/>
              </w:rPr>
            </w:pPr>
            <w:r w:rsidRPr="00FD2BB5">
              <w:rPr>
                <w:color w:val="auto"/>
              </w:rPr>
              <w:t>Item</w:t>
            </w:r>
          </w:p>
        </w:tc>
        <w:tc>
          <w:tcPr>
            <w:tcW w:w="1339" w:type="dxa"/>
            <w:shd w:val="clear" w:color="auto" w:fill="D9D9D9" w:themeFill="background1" w:themeFillShade="D9"/>
          </w:tcPr>
          <w:p w14:paraId="5BDBF949" w14:textId="748B7637" w:rsidR="00C77229" w:rsidRPr="00FD2BB5" w:rsidRDefault="00C772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Eat In</w:t>
            </w:r>
          </w:p>
        </w:tc>
        <w:tc>
          <w:tcPr>
            <w:tcW w:w="1541" w:type="dxa"/>
            <w:shd w:val="clear" w:color="auto" w:fill="D9D9D9" w:themeFill="background1" w:themeFillShade="D9"/>
          </w:tcPr>
          <w:p w14:paraId="004900B3" w14:textId="7FFF8886" w:rsidR="009A7811" w:rsidRPr="00FD2BB5" w:rsidRDefault="00C77229" w:rsidP="00E5622A">
            <w:pPr>
              <w:ind w:left="4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Take Away</w:t>
            </w:r>
          </w:p>
        </w:tc>
        <w:tc>
          <w:tcPr>
            <w:tcW w:w="930" w:type="dxa"/>
            <w:shd w:val="clear" w:color="auto" w:fill="D9D9D9" w:themeFill="background1" w:themeFillShade="D9"/>
          </w:tcPr>
          <w:p w14:paraId="20F754B7" w14:textId="0B5C821F" w:rsidR="00C77229" w:rsidRPr="00FD2BB5" w:rsidRDefault="00B0784E" w:rsidP="00B078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Brown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4E97550B" w14:textId="77A2101C" w:rsidR="00C77229" w:rsidRPr="00FD2BB5" w:rsidRDefault="00B0784E" w:rsidP="00B078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White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14:paraId="0663BBAF" w14:textId="77777777" w:rsidR="00C77229" w:rsidRPr="00FD2BB5" w:rsidRDefault="00C77229" w:rsidP="00B1253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Price</w:t>
            </w:r>
          </w:p>
        </w:tc>
      </w:tr>
      <w:tr w:rsidR="009D40AB" w:rsidRPr="00FD2BB5" w14:paraId="7B29A982" w14:textId="5FFEE27F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17C41AF3" w14:textId="62EDB0E4" w:rsidR="009D40AB" w:rsidRPr="00FD2BB5" w:rsidRDefault="009D40AB" w:rsidP="009D40AB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Egg Mayo</w:t>
            </w:r>
          </w:p>
        </w:tc>
        <w:tc>
          <w:tcPr>
            <w:tcW w:w="1339" w:type="dxa"/>
            <w:shd w:val="clear" w:color="auto" w:fill="auto"/>
          </w:tcPr>
          <w:p w14:paraId="594AA22F" w14:textId="77777777" w:rsidR="009D40AB" w:rsidRPr="00FD2BB5" w:rsidRDefault="009D40AB" w:rsidP="009D40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14:paraId="6B9F4A06" w14:textId="77777777" w:rsidR="009D40AB" w:rsidRPr="00FD2BB5" w:rsidRDefault="009D40AB" w:rsidP="009D40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0" w:type="dxa"/>
            <w:shd w:val="clear" w:color="auto" w:fill="auto"/>
          </w:tcPr>
          <w:p w14:paraId="1F3CD0F9" w14:textId="6B236248" w:rsidR="009D40AB" w:rsidRPr="00FD2BB5" w:rsidRDefault="009D40AB" w:rsidP="009D40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auto"/>
          </w:tcPr>
          <w:p w14:paraId="1B2D60A9" w14:textId="0B4AB863" w:rsidR="009D40AB" w:rsidRPr="00FD2BB5" w:rsidRDefault="009D40AB" w:rsidP="009D40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1" w:type="dxa"/>
            <w:shd w:val="clear" w:color="auto" w:fill="auto"/>
          </w:tcPr>
          <w:p w14:paraId="5043FBFA" w14:textId="0D1947B7" w:rsidR="009D40AB" w:rsidRPr="00FD2BB5" w:rsidRDefault="009D40AB" w:rsidP="009D40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£4.25</w:t>
            </w:r>
          </w:p>
        </w:tc>
      </w:tr>
      <w:tr w:rsidR="009D40AB" w:rsidRPr="00FD2BB5" w14:paraId="16AA5BE0" w14:textId="62F739AD" w:rsidTr="0047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858E441" w14:textId="58C6C415" w:rsidR="009D40AB" w:rsidRPr="00FD2BB5" w:rsidRDefault="009D40AB" w:rsidP="009D40AB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Cheese &amp; Red Onion</w:t>
            </w:r>
          </w:p>
        </w:tc>
        <w:tc>
          <w:tcPr>
            <w:tcW w:w="1339" w:type="dxa"/>
          </w:tcPr>
          <w:p w14:paraId="55394730" w14:textId="77777777" w:rsidR="009D40AB" w:rsidRPr="00FD2BB5" w:rsidRDefault="009D40AB" w:rsidP="009D40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</w:tcPr>
          <w:p w14:paraId="47C61ACE" w14:textId="77777777" w:rsidR="009D40AB" w:rsidRPr="00FD2BB5" w:rsidRDefault="009D40AB" w:rsidP="009D40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0" w:type="dxa"/>
          </w:tcPr>
          <w:p w14:paraId="116CD169" w14:textId="58FCC507" w:rsidR="009D40AB" w:rsidRPr="00FD2BB5" w:rsidRDefault="009D40AB" w:rsidP="009D40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</w:tcPr>
          <w:p w14:paraId="4E098245" w14:textId="682E4FD1" w:rsidR="009D40AB" w:rsidRPr="00FD2BB5" w:rsidRDefault="009D40AB" w:rsidP="009D40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14:paraId="416C7ACA" w14:textId="57F33290" w:rsidR="009D40AB" w:rsidRPr="00FD2BB5" w:rsidRDefault="009D40AB" w:rsidP="009D40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>£4.25</w:t>
            </w:r>
          </w:p>
        </w:tc>
      </w:tr>
      <w:tr w:rsidR="009D40AB" w:rsidRPr="00FD2BB5" w14:paraId="35C57BD1" w14:textId="51DC517D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209352BB" w14:textId="77777777" w:rsidR="009D40AB" w:rsidRPr="00FD2BB5" w:rsidRDefault="009D40AB" w:rsidP="009D40AB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Cheese &amp; Branston Pickle</w:t>
            </w:r>
          </w:p>
        </w:tc>
        <w:tc>
          <w:tcPr>
            <w:tcW w:w="1339" w:type="dxa"/>
            <w:shd w:val="clear" w:color="auto" w:fill="auto"/>
          </w:tcPr>
          <w:p w14:paraId="4ED985CE" w14:textId="77777777" w:rsidR="009D40AB" w:rsidRPr="00FD2BB5" w:rsidRDefault="009D40AB" w:rsidP="009D40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14:paraId="2DBF6233" w14:textId="77777777" w:rsidR="009D40AB" w:rsidRPr="00FD2BB5" w:rsidRDefault="009D40AB" w:rsidP="009D40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0" w:type="dxa"/>
            <w:shd w:val="clear" w:color="auto" w:fill="auto"/>
          </w:tcPr>
          <w:p w14:paraId="09EF20AE" w14:textId="3ACD7EE8" w:rsidR="009D40AB" w:rsidRPr="00FD2BB5" w:rsidRDefault="009D40AB" w:rsidP="009D40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auto"/>
          </w:tcPr>
          <w:p w14:paraId="2CB73639" w14:textId="670FAB46" w:rsidR="009D40AB" w:rsidRPr="00FD2BB5" w:rsidRDefault="009D40AB" w:rsidP="009D40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1" w:type="dxa"/>
            <w:shd w:val="clear" w:color="auto" w:fill="auto"/>
          </w:tcPr>
          <w:p w14:paraId="0C2EF810" w14:textId="7DE11E03" w:rsidR="009D40AB" w:rsidRPr="00FD2BB5" w:rsidRDefault="009D40AB" w:rsidP="009D40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£4.25</w:t>
            </w:r>
          </w:p>
        </w:tc>
      </w:tr>
      <w:tr w:rsidR="009D40AB" w:rsidRPr="00FD2BB5" w14:paraId="6DFE124F" w14:textId="7A0E328E" w:rsidTr="0047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42BDB23" w14:textId="32FC82D7" w:rsidR="009D40AB" w:rsidRPr="00FD2BB5" w:rsidRDefault="009D40AB" w:rsidP="009D40AB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 xml:space="preserve">Tuna </w:t>
            </w:r>
            <w:r w:rsidR="008E72EF">
              <w:rPr>
                <w:b w:val="0"/>
                <w:bCs w:val="0"/>
              </w:rPr>
              <w:t xml:space="preserve">Mayo </w:t>
            </w:r>
            <w:r w:rsidRPr="00FD2BB5">
              <w:rPr>
                <w:b w:val="0"/>
                <w:bCs w:val="0"/>
              </w:rPr>
              <w:t xml:space="preserve">&amp; </w:t>
            </w:r>
            <w:r w:rsidR="008E72EF">
              <w:rPr>
                <w:b w:val="0"/>
                <w:bCs w:val="0"/>
              </w:rPr>
              <w:t xml:space="preserve">Cucumber </w:t>
            </w:r>
          </w:p>
        </w:tc>
        <w:tc>
          <w:tcPr>
            <w:tcW w:w="1339" w:type="dxa"/>
          </w:tcPr>
          <w:p w14:paraId="5182C23A" w14:textId="77777777" w:rsidR="009D40AB" w:rsidRPr="00FD2BB5" w:rsidRDefault="009D40AB" w:rsidP="009D40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</w:tcPr>
          <w:p w14:paraId="61A63C79" w14:textId="77777777" w:rsidR="009D40AB" w:rsidRPr="00FD2BB5" w:rsidRDefault="009D40AB" w:rsidP="009D40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0" w:type="dxa"/>
          </w:tcPr>
          <w:p w14:paraId="2062164C" w14:textId="031E092C" w:rsidR="009D40AB" w:rsidRPr="00FD2BB5" w:rsidRDefault="009D40AB" w:rsidP="009D40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</w:tcPr>
          <w:p w14:paraId="482A7775" w14:textId="37EFF5AA" w:rsidR="009D40AB" w:rsidRPr="00FD2BB5" w:rsidRDefault="009D40AB" w:rsidP="009D40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14:paraId="0DB65CD0" w14:textId="5A4974AD" w:rsidR="009D40AB" w:rsidRPr="00FD2BB5" w:rsidRDefault="009D40AB" w:rsidP="009D40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>£4.25</w:t>
            </w:r>
          </w:p>
        </w:tc>
      </w:tr>
      <w:tr w:rsidR="00C77229" w:rsidRPr="00FD2BB5" w14:paraId="7022B052" w14:textId="4643A3CA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408A52A7" w14:textId="77777777" w:rsidR="00C77229" w:rsidRPr="00FD2BB5" w:rsidRDefault="00C77229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Smoked Salmon &amp; Cream Cheese</w:t>
            </w:r>
          </w:p>
        </w:tc>
        <w:tc>
          <w:tcPr>
            <w:tcW w:w="1339" w:type="dxa"/>
            <w:shd w:val="clear" w:color="auto" w:fill="auto"/>
          </w:tcPr>
          <w:p w14:paraId="15919501" w14:textId="77777777" w:rsidR="00C77229" w:rsidRPr="00FD2BB5" w:rsidRDefault="00C77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14:paraId="594B877B" w14:textId="77777777" w:rsidR="00C77229" w:rsidRPr="00FD2BB5" w:rsidRDefault="00C77229" w:rsidP="00685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0" w:type="dxa"/>
            <w:shd w:val="clear" w:color="auto" w:fill="auto"/>
          </w:tcPr>
          <w:p w14:paraId="0D0E1405" w14:textId="0D0AA0D3" w:rsidR="00C77229" w:rsidRPr="00FD2BB5" w:rsidRDefault="00C77229" w:rsidP="00C772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0" w:type="dxa"/>
            <w:shd w:val="clear" w:color="auto" w:fill="auto"/>
          </w:tcPr>
          <w:p w14:paraId="60A7184B" w14:textId="46F916D2" w:rsidR="00C77229" w:rsidRPr="00FD2BB5" w:rsidRDefault="00C77229" w:rsidP="00C772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1" w:type="dxa"/>
            <w:shd w:val="clear" w:color="auto" w:fill="auto"/>
          </w:tcPr>
          <w:p w14:paraId="2BEF4C8C" w14:textId="7D9C9C6F" w:rsidR="00C77229" w:rsidRPr="00FD2BB5" w:rsidRDefault="00C77229" w:rsidP="00B125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</w:t>
            </w:r>
            <w:r w:rsidR="009D40AB" w:rsidRPr="00FD2BB5">
              <w:t>5.50</w:t>
            </w:r>
          </w:p>
        </w:tc>
      </w:tr>
    </w:tbl>
    <w:p w14:paraId="2AC95E01" w14:textId="280DAE99" w:rsidR="00DA11B3" w:rsidRPr="00FD2BB5" w:rsidRDefault="00011806" w:rsidP="004B4A7B">
      <w:pPr>
        <w:pStyle w:val="ListParagraph"/>
        <w:numPr>
          <w:ilvl w:val="0"/>
          <w:numId w:val="10"/>
        </w:numPr>
        <w:spacing w:after="0"/>
      </w:pPr>
      <w:r w:rsidRPr="00FD2BB5">
        <w:rPr>
          <w:b/>
        </w:rPr>
        <w:t>TOASTED SANDWICHES</w:t>
      </w:r>
    </w:p>
    <w:tbl>
      <w:tblPr>
        <w:tblStyle w:val="GridTable4"/>
        <w:tblW w:w="9351" w:type="dxa"/>
        <w:tblLook w:val="04A0" w:firstRow="1" w:lastRow="0" w:firstColumn="1" w:lastColumn="0" w:noHBand="0" w:noVBand="1"/>
      </w:tblPr>
      <w:tblGrid>
        <w:gridCol w:w="2880"/>
        <w:gridCol w:w="1339"/>
        <w:gridCol w:w="1541"/>
        <w:gridCol w:w="930"/>
        <w:gridCol w:w="915"/>
        <w:gridCol w:w="1746"/>
      </w:tblGrid>
      <w:tr w:rsidR="00343E9F" w:rsidRPr="00FD2BB5" w14:paraId="257E37C7" w14:textId="31E0635D" w:rsidTr="00092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D9D9D9" w:themeFill="background1" w:themeFillShade="D9"/>
          </w:tcPr>
          <w:p w14:paraId="0A282528" w14:textId="77777777" w:rsidR="00C77229" w:rsidRPr="00FD2BB5" w:rsidRDefault="00C77229">
            <w:pPr>
              <w:rPr>
                <w:color w:val="auto"/>
              </w:rPr>
            </w:pPr>
            <w:r w:rsidRPr="00FD2BB5">
              <w:rPr>
                <w:color w:val="auto"/>
              </w:rPr>
              <w:t>Item</w:t>
            </w:r>
          </w:p>
        </w:tc>
        <w:tc>
          <w:tcPr>
            <w:tcW w:w="1339" w:type="dxa"/>
            <w:shd w:val="clear" w:color="auto" w:fill="D9D9D9" w:themeFill="background1" w:themeFillShade="D9"/>
          </w:tcPr>
          <w:p w14:paraId="41262C60" w14:textId="7F06FED1" w:rsidR="00C77229" w:rsidRPr="00FD2BB5" w:rsidRDefault="00C772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Eat In</w:t>
            </w:r>
          </w:p>
        </w:tc>
        <w:tc>
          <w:tcPr>
            <w:tcW w:w="1541" w:type="dxa"/>
            <w:shd w:val="clear" w:color="auto" w:fill="D9D9D9" w:themeFill="background1" w:themeFillShade="D9"/>
          </w:tcPr>
          <w:p w14:paraId="1D857482" w14:textId="77777777" w:rsidR="00C77229" w:rsidRPr="00FD2BB5" w:rsidRDefault="00C77229" w:rsidP="00685697">
            <w:pPr>
              <w:ind w:left="8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Take Away</w:t>
            </w:r>
          </w:p>
        </w:tc>
        <w:tc>
          <w:tcPr>
            <w:tcW w:w="930" w:type="dxa"/>
            <w:shd w:val="clear" w:color="auto" w:fill="D9D9D9" w:themeFill="background1" w:themeFillShade="D9"/>
          </w:tcPr>
          <w:p w14:paraId="7081253B" w14:textId="6832EB15" w:rsidR="00C77229" w:rsidRPr="00FD2BB5" w:rsidRDefault="00B0784E" w:rsidP="00B078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Brown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14:paraId="3A311BB5" w14:textId="09F47AD5" w:rsidR="00C77229" w:rsidRPr="00FD2BB5" w:rsidRDefault="00B0784E" w:rsidP="00B078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White</w:t>
            </w:r>
          </w:p>
        </w:tc>
        <w:tc>
          <w:tcPr>
            <w:tcW w:w="1746" w:type="dxa"/>
            <w:shd w:val="clear" w:color="auto" w:fill="D9D9D9" w:themeFill="background1" w:themeFillShade="D9"/>
          </w:tcPr>
          <w:p w14:paraId="0850A5F4" w14:textId="77777777" w:rsidR="00C77229" w:rsidRPr="00FD2BB5" w:rsidRDefault="00C77229" w:rsidP="00B1253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Price</w:t>
            </w:r>
          </w:p>
        </w:tc>
      </w:tr>
      <w:tr w:rsidR="00C77229" w:rsidRPr="00FD2BB5" w14:paraId="6CC846F8" w14:textId="0A46AD1C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762EA422" w14:textId="77777777" w:rsidR="00C77229" w:rsidRPr="00FD2BB5" w:rsidRDefault="00C77229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Cheese &amp; Red Onion</w:t>
            </w:r>
          </w:p>
        </w:tc>
        <w:tc>
          <w:tcPr>
            <w:tcW w:w="1339" w:type="dxa"/>
            <w:shd w:val="clear" w:color="auto" w:fill="auto"/>
          </w:tcPr>
          <w:p w14:paraId="765B9A32" w14:textId="77777777" w:rsidR="00C77229" w:rsidRPr="00FD2BB5" w:rsidRDefault="00C772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14:paraId="3B9A60D4" w14:textId="77777777" w:rsidR="00C77229" w:rsidRPr="00FD2BB5" w:rsidRDefault="00C77229" w:rsidP="00685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0" w:type="dxa"/>
            <w:shd w:val="clear" w:color="auto" w:fill="auto"/>
          </w:tcPr>
          <w:p w14:paraId="33375518" w14:textId="7E92CFF2" w:rsidR="00C77229" w:rsidRPr="00FD2BB5" w:rsidRDefault="00C77229" w:rsidP="00C772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shd w:val="clear" w:color="auto" w:fill="auto"/>
          </w:tcPr>
          <w:p w14:paraId="111E130B" w14:textId="78DDB2A5" w:rsidR="00C77229" w:rsidRPr="00FD2BB5" w:rsidRDefault="00C77229" w:rsidP="00C772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6" w:type="dxa"/>
            <w:shd w:val="clear" w:color="auto" w:fill="auto"/>
          </w:tcPr>
          <w:p w14:paraId="546BC9A9" w14:textId="580676F0" w:rsidR="00C77229" w:rsidRPr="00FD2BB5" w:rsidRDefault="00C77229" w:rsidP="00B125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</w:t>
            </w:r>
            <w:r w:rsidR="00EF328E" w:rsidRPr="00FD2BB5">
              <w:t>4.75</w:t>
            </w:r>
          </w:p>
        </w:tc>
      </w:tr>
      <w:tr w:rsidR="00C77229" w:rsidRPr="00FD2BB5" w14:paraId="2DDE8D3C" w14:textId="62E29687" w:rsidTr="0047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A577C59" w14:textId="77777777" w:rsidR="00C77229" w:rsidRPr="00FD2BB5" w:rsidRDefault="00C77229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Cheese &amp; Tomato</w:t>
            </w:r>
          </w:p>
        </w:tc>
        <w:tc>
          <w:tcPr>
            <w:tcW w:w="1339" w:type="dxa"/>
          </w:tcPr>
          <w:p w14:paraId="694A3DAB" w14:textId="77777777" w:rsidR="00C77229" w:rsidRPr="00FD2BB5" w:rsidRDefault="00C77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</w:tcPr>
          <w:p w14:paraId="6769003A" w14:textId="77777777" w:rsidR="00C77229" w:rsidRPr="00FD2BB5" w:rsidRDefault="00C77229" w:rsidP="00685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0" w:type="dxa"/>
          </w:tcPr>
          <w:p w14:paraId="602CB311" w14:textId="3F24C32D" w:rsidR="00C77229" w:rsidRPr="00FD2BB5" w:rsidRDefault="00C77229" w:rsidP="00C772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5" w:type="dxa"/>
          </w:tcPr>
          <w:p w14:paraId="29B368D8" w14:textId="6567143E" w:rsidR="00C77229" w:rsidRPr="00FD2BB5" w:rsidRDefault="00C77229" w:rsidP="00C772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6" w:type="dxa"/>
          </w:tcPr>
          <w:p w14:paraId="29B5B43A" w14:textId="268D7664" w:rsidR="00C77229" w:rsidRPr="00FD2BB5" w:rsidRDefault="00C77229" w:rsidP="00B125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>£4.</w:t>
            </w:r>
            <w:r w:rsidR="00EF328E" w:rsidRPr="00FD2BB5">
              <w:t>7</w:t>
            </w:r>
            <w:r w:rsidRPr="00FD2BB5">
              <w:t>5</w:t>
            </w:r>
          </w:p>
        </w:tc>
      </w:tr>
    </w:tbl>
    <w:p w14:paraId="3435F600" w14:textId="0083F0F6" w:rsidR="00DA11B3" w:rsidRPr="00FD2BB5" w:rsidRDefault="00011806" w:rsidP="004B4A7B">
      <w:pPr>
        <w:pStyle w:val="ListParagraph"/>
        <w:numPr>
          <w:ilvl w:val="0"/>
          <w:numId w:val="10"/>
        </w:numPr>
        <w:spacing w:after="0"/>
      </w:pPr>
      <w:r w:rsidRPr="00FD2BB5">
        <w:rPr>
          <w:b/>
        </w:rPr>
        <w:t>JACKET POTATOES</w:t>
      </w:r>
    </w:p>
    <w:tbl>
      <w:tblPr>
        <w:tblStyle w:val="GridTable4"/>
        <w:tblW w:w="9351" w:type="dxa"/>
        <w:tblLook w:val="04A0" w:firstRow="1" w:lastRow="0" w:firstColumn="1" w:lastColumn="0" w:noHBand="0" w:noVBand="1"/>
      </w:tblPr>
      <w:tblGrid>
        <w:gridCol w:w="2880"/>
        <w:gridCol w:w="1339"/>
        <w:gridCol w:w="1541"/>
        <w:gridCol w:w="3591"/>
      </w:tblGrid>
      <w:tr w:rsidR="00343E9F" w:rsidRPr="00FD2BB5" w14:paraId="6F0DB00D" w14:textId="77777777" w:rsidTr="00092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D9D9D9" w:themeFill="background1" w:themeFillShade="D9"/>
          </w:tcPr>
          <w:p w14:paraId="152B33DF" w14:textId="77777777" w:rsidR="00685697" w:rsidRPr="00FD2BB5" w:rsidRDefault="00685697">
            <w:pPr>
              <w:rPr>
                <w:color w:val="auto"/>
              </w:rPr>
            </w:pPr>
            <w:r w:rsidRPr="00FD2BB5">
              <w:rPr>
                <w:color w:val="auto"/>
              </w:rPr>
              <w:t>Item</w:t>
            </w:r>
          </w:p>
        </w:tc>
        <w:tc>
          <w:tcPr>
            <w:tcW w:w="1339" w:type="dxa"/>
            <w:shd w:val="clear" w:color="auto" w:fill="D9D9D9" w:themeFill="background1" w:themeFillShade="D9"/>
          </w:tcPr>
          <w:p w14:paraId="3571ABA2" w14:textId="6B7980FE" w:rsidR="00685697" w:rsidRPr="00FD2BB5" w:rsidRDefault="006856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Eat In</w:t>
            </w:r>
          </w:p>
        </w:tc>
        <w:tc>
          <w:tcPr>
            <w:tcW w:w="1541" w:type="dxa"/>
            <w:shd w:val="clear" w:color="auto" w:fill="D9D9D9" w:themeFill="background1" w:themeFillShade="D9"/>
          </w:tcPr>
          <w:p w14:paraId="181B9E97" w14:textId="77777777" w:rsidR="00685697" w:rsidRPr="00FD2BB5" w:rsidRDefault="00685697" w:rsidP="00685697">
            <w:pPr>
              <w:ind w:left="7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Take Away</w:t>
            </w:r>
          </w:p>
        </w:tc>
        <w:tc>
          <w:tcPr>
            <w:tcW w:w="3591" w:type="dxa"/>
            <w:shd w:val="clear" w:color="auto" w:fill="D9D9D9" w:themeFill="background1" w:themeFillShade="D9"/>
          </w:tcPr>
          <w:p w14:paraId="64D2337A" w14:textId="44AF6752" w:rsidR="00685697" w:rsidRPr="00FD2BB5" w:rsidRDefault="00685697" w:rsidP="00B1253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Price</w:t>
            </w:r>
          </w:p>
        </w:tc>
      </w:tr>
      <w:tr w:rsidR="00685697" w:rsidRPr="00FD2BB5" w14:paraId="198801C6" w14:textId="77777777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7B27CFAA" w14:textId="77777777" w:rsidR="00685697" w:rsidRPr="00FD2BB5" w:rsidRDefault="00685697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Butter</w:t>
            </w:r>
          </w:p>
        </w:tc>
        <w:tc>
          <w:tcPr>
            <w:tcW w:w="1339" w:type="dxa"/>
            <w:shd w:val="clear" w:color="auto" w:fill="auto"/>
          </w:tcPr>
          <w:p w14:paraId="4156B128" w14:textId="77777777" w:rsidR="00685697" w:rsidRPr="00FD2BB5" w:rsidRDefault="00685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14:paraId="4996BB11" w14:textId="77777777" w:rsidR="00685697" w:rsidRPr="00FD2BB5" w:rsidRDefault="00685697" w:rsidP="00685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91" w:type="dxa"/>
            <w:shd w:val="clear" w:color="auto" w:fill="auto"/>
          </w:tcPr>
          <w:p w14:paraId="35D723DF" w14:textId="6FA0B8A7" w:rsidR="00685697" w:rsidRPr="00FD2BB5" w:rsidRDefault="00B742A8" w:rsidP="00B125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£4.25</w:t>
            </w:r>
          </w:p>
        </w:tc>
      </w:tr>
      <w:tr w:rsidR="00685697" w:rsidRPr="00FD2BB5" w14:paraId="129017E7" w14:textId="77777777" w:rsidTr="0047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1B8C1A7" w14:textId="77777777" w:rsidR="00685697" w:rsidRPr="00FD2BB5" w:rsidRDefault="00685697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Cheese</w:t>
            </w:r>
          </w:p>
        </w:tc>
        <w:tc>
          <w:tcPr>
            <w:tcW w:w="1339" w:type="dxa"/>
          </w:tcPr>
          <w:p w14:paraId="77E9EA66" w14:textId="77777777" w:rsidR="00685697" w:rsidRPr="00FD2BB5" w:rsidRDefault="00685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</w:tcPr>
          <w:p w14:paraId="4A14DD90" w14:textId="77777777" w:rsidR="00685697" w:rsidRPr="00FD2BB5" w:rsidRDefault="00685697" w:rsidP="00685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91" w:type="dxa"/>
          </w:tcPr>
          <w:p w14:paraId="63D236E0" w14:textId="30F3ADE2" w:rsidR="00685697" w:rsidRPr="00FD2BB5" w:rsidRDefault="00685697" w:rsidP="00B125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>£4.</w:t>
            </w:r>
            <w:r w:rsidR="00B742A8" w:rsidRPr="00FD2BB5">
              <w:t>7</w:t>
            </w:r>
            <w:r w:rsidRPr="00FD2BB5">
              <w:t>5</w:t>
            </w:r>
          </w:p>
        </w:tc>
      </w:tr>
      <w:tr w:rsidR="00685697" w:rsidRPr="00FD2BB5" w14:paraId="3925D9ED" w14:textId="77777777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3CF1BB4E" w14:textId="77777777" w:rsidR="00685697" w:rsidRPr="00FD2BB5" w:rsidRDefault="00685697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Baked Beans</w:t>
            </w:r>
          </w:p>
        </w:tc>
        <w:tc>
          <w:tcPr>
            <w:tcW w:w="1339" w:type="dxa"/>
            <w:shd w:val="clear" w:color="auto" w:fill="auto"/>
          </w:tcPr>
          <w:p w14:paraId="20AB76A1" w14:textId="77777777" w:rsidR="00685697" w:rsidRPr="00FD2BB5" w:rsidRDefault="00685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14:paraId="70522E0F" w14:textId="77777777" w:rsidR="00685697" w:rsidRPr="00FD2BB5" w:rsidRDefault="00685697" w:rsidP="00685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91" w:type="dxa"/>
            <w:shd w:val="clear" w:color="auto" w:fill="auto"/>
          </w:tcPr>
          <w:p w14:paraId="6CF2C96A" w14:textId="1EA6D5ED" w:rsidR="00685697" w:rsidRPr="00FD2BB5" w:rsidRDefault="00685697" w:rsidP="00B125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</w:t>
            </w:r>
            <w:r w:rsidR="00CE444E" w:rsidRPr="00FD2BB5">
              <w:t>4.75</w:t>
            </w:r>
          </w:p>
        </w:tc>
      </w:tr>
      <w:tr w:rsidR="00685697" w:rsidRPr="00FD2BB5" w14:paraId="29F7F856" w14:textId="77777777" w:rsidTr="0047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C261AA8" w14:textId="77777777" w:rsidR="00685697" w:rsidRPr="00FD2BB5" w:rsidRDefault="00685697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Baked Beans &amp; Cheese</w:t>
            </w:r>
          </w:p>
        </w:tc>
        <w:tc>
          <w:tcPr>
            <w:tcW w:w="1339" w:type="dxa"/>
          </w:tcPr>
          <w:p w14:paraId="5CD99CC2" w14:textId="77777777" w:rsidR="00685697" w:rsidRPr="00FD2BB5" w:rsidRDefault="00685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</w:tcPr>
          <w:p w14:paraId="46092FDE" w14:textId="77777777" w:rsidR="00685697" w:rsidRPr="00FD2BB5" w:rsidRDefault="00685697" w:rsidP="00685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91" w:type="dxa"/>
          </w:tcPr>
          <w:p w14:paraId="235FB6E3" w14:textId="41C3340B" w:rsidR="00685697" w:rsidRPr="00FD2BB5" w:rsidRDefault="00685697" w:rsidP="00B125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>£</w:t>
            </w:r>
            <w:r w:rsidR="00AE11A7" w:rsidRPr="00FD2BB5">
              <w:t>5.50</w:t>
            </w:r>
          </w:p>
        </w:tc>
      </w:tr>
      <w:tr w:rsidR="00685697" w:rsidRPr="00FD2BB5" w14:paraId="4BC015D2" w14:textId="77777777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28FEB4DD" w14:textId="77777777" w:rsidR="00685697" w:rsidRPr="00FD2BB5" w:rsidRDefault="00685697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Tuna Mayo</w:t>
            </w:r>
          </w:p>
        </w:tc>
        <w:tc>
          <w:tcPr>
            <w:tcW w:w="1339" w:type="dxa"/>
            <w:shd w:val="clear" w:color="auto" w:fill="auto"/>
          </w:tcPr>
          <w:p w14:paraId="4E6D4FE9" w14:textId="77777777" w:rsidR="00685697" w:rsidRPr="00FD2BB5" w:rsidRDefault="00685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14:paraId="002C1171" w14:textId="77777777" w:rsidR="00685697" w:rsidRPr="00FD2BB5" w:rsidRDefault="00685697" w:rsidP="00685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91" w:type="dxa"/>
            <w:shd w:val="clear" w:color="auto" w:fill="auto"/>
          </w:tcPr>
          <w:p w14:paraId="529F7E60" w14:textId="1EE7DD77" w:rsidR="00685697" w:rsidRPr="00FD2BB5" w:rsidRDefault="00685697" w:rsidP="00B125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£4.</w:t>
            </w:r>
            <w:r w:rsidR="00AE11A7" w:rsidRPr="00FD2BB5">
              <w:t>7</w:t>
            </w:r>
            <w:r w:rsidRPr="00FD2BB5">
              <w:t>5</w:t>
            </w:r>
          </w:p>
        </w:tc>
      </w:tr>
      <w:tr w:rsidR="00685697" w:rsidRPr="00FD2BB5" w14:paraId="2DC4AE33" w14:textId="77777777" w:rsidTr="0047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311F72D" w14:textId="77777777" w:rsidR="00685697" w:rsidRPr="00FD2BB5" w:rsidRDefault="00685697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Tuna Mayo &amp; Cheese</w:t>
            </w:r>
          </w:p>
        </w:tc>
        <w:tc>
          <w:tcPr>
            <w:tcW w:w="1339" w:type="dxa"/>
          </w:tcPr>
          <w:p w14:paraId="034443AE" w14:textId="77777777" w:rsidR="00685697" w:rsidRPr="00FD2BB5" w:rsidRDefault="00685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</w:tcPr>
          <w:p w14:paraId="2F6D58F0" w14:textId="77777777" w:rsidR="00685697" w:rsidRPr="00FD2BB5" w:rsidRDefault="00685697" w:rsidP="00685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91" w:type="dxa"/>
          </w:tcPr>
          <w:p w14:paraId="6CE524E1" w14:textId="680215A8" w:rsidR="00685697" w:rsidRPr="00FD2BB5" w:rsidRDefault="00685697" w:rsidP="00B1253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>£</w:t>
            </w:r>
            <w:r w:rsidR="00AE11A7" w:rsidRPr="00FD2BB5">
              <w:t>5.50</w:t>
            </w:r>
          </w:p>
        </w:tc>
      </w:tr>
    </w:tbl>
    <w:p w14:paraId="4E584179" w14:textId="47F8ABFE" w:rsidR="001B1DD4" w:rsidRPr="00FD2BB5" w:rsidRDefault="001B1DD4" w:rsidP="00C43D31">
      <w:pPr>
        <w:pStyle w:val="ListParagraph"/>
        <w:numPr>
          <w:ilvl w:val="0"/>
          <w:numId w:val="10"/>
        </w:numPr>
        <w:spacing w:after="0"/>
        <w:ind w:left="357" w:hanging="357"/>
        <w:rPr>
          <w:b/>
          <w:bCs/>
        </w:rPr>
      </w:pPr>
      <w:r w:rsidRPr="00FD2BB5">
        <w:rPr>
          <w:b/>
          <w:bCs/>
        </w:rPr>
        <w:t>SALADS</w:t>
      </w:r>
    </w:p>
    <w:tbl>
      <w:tblPr>
        <w:tblStyle w:val="GridTable4"/>
        <w:tblW w:w="9351" w:type="dxa"/>
        <w:tblLook w:val="04A0" w:firstRow="1" w:lastRow="0" w:firstColumn="1" w:lastColumn="0" w:noHBand="0" w:noVBand="1"/>
      </w:tblPr>
      <w:tblGrid>
        <w:gridCol w:w="2880"/>
        <w:gridCol w:w="1339"/>
        <w:gridCol w:w="1541"/>
        <w:gridCol w:w="3591"/>
      </w:tblGrid>
      <w:tr w:rsidR="00343E9F" w:rsidRPr="00FD2BB5" w14:paraId="73B44531" w14:textId="77777777" w:rsidTr="00092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D9D9D9" w:themeFill="background1" w:themeFillShade="D9"/>
          </w:tcPr>
          <w:p w14:paraId="3FDC6742" w14:textId="77777777" w:rsidR="00C43D31" w:rsidRPr="00FD2BB5" w:rsidRDefault="00C43D31" w:rsidP="00387884">
            <w:pPr>
              <w:rPr>
                <w:color w:val="auto"/>
              </w:rPr>
            </w:pPr>
            <w:r w:rsidRPr="00FD2BB5">
              <w:rPr>
                <w:color w:val="auto"/>
              </w:rPr>
              <w:t>Item</w:t>
            </w:r>
          </w:p>
        </w:tc>
        <w:tc>
          <w:tcPr>
            <w:tcW w:w="1339" w:type="dxa"/>
            <w:shd w:val="clear" w:color="auto" w:fill="D9D9D9" w:themeFill="background1" w:themeFillShade="D9"/>
          </w:tcPr>
          <w:p w14:paraId="057236AE" w14:textId="77777777" w:rsidR="00C43D31" w:rsidRPr="00FD2BB5" w:rsidRDefault="00C43D31" w:rsidP="003878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Eat In</w:t>
            </w:r>
          </w:p>
        </w:tc>
        <w:tc>
          <w:tcPr>
            <w:tcW w:w="1541" w:type="dxa"/>
            <w:shd w:val="clear" w:color="auto" w:fill="D9D9D9" w:themeFill="background1" w:themeFillShade="D9"/>
          </w:tcPr>
          <w:p w14:paraId="09A873AD" w14:textId="77777777" w:rsidR="00C43D31" w:rsidRPr="00FD2BB5" w:rsidRDefault="00C43D31" w:rsidP="00387884">
            <w:pPr>
              <w:ind w:left="8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Take Away</w:t>
            </w:r>
          </w:p>
        </w:tc>
        <w:tc>
          <w:tcPr>
            <w:tcW w:w="3591" w:type="dxa"/>
            <w:shd w:val="clear" w:color="auto" w:fill="D9D9D9" w:themeFill="background1" w:themeFillShade="D9"/>
          </w:tcPr>
          <w:p w14:paraId="1E6A6BBF" w14:textId="77777777" w:rsidR="00C43D31" w:rsidRPr="00FD2BB5" w:rsidRDefault="00C43D31" w:rsidP="0038788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Price</w:t>
            </w:r>
          </w:p>
        </w:tc>
      </w:tr>
      <w:tr w:rsidR="00C43D31" w:rsidRPr="00FD2BB5" w14:paraId="4811D877" w14:textId="77777777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65CF5B97" w14:textId="037823F2" w:rsidR="00C43D31" w:rsidRPr="00FD2BB5" w:rsidRDefault="000D36C0" w:rsidP="00387884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Eggs</w:t>
            </w:r>
            <w:r w:rsidR="00726AC0">
              <w:rPr>
                <w:b w:val="0"/>
                <w:bCs w:val="0"/>
              </w:rPr>
              <w:t xml:space="preserve"> </w:t>
            </w:r>
            <w:r w:rsidR="0045637E">
              <w:rPr>
                <w:b w:val="0"/>
                <w:bCs w:val="0"/>
              </w:rPr>
              <w:t>Salad</w:t>
            </w:r>
          </w:p>
        </w:tc>
        <w:tc>
          <w:tcPr>
            <w:tcW w:w="1339" w:type="dxa"/>
            <w:shd w:val="clear" w:color="auto" w:fill="auto"/>
          </w:tcPr>
          <w:p w14:paraId="5EF9942F" w14:textId="77777777" w:rsidR="00C43D31" w:rsidRPr="00FD2BB5" w:rsidRDefault="00C43D31" w:rsidP="00387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14:paraId="27B6B13B" w14:textId="77777777" w:rsidR="00C43D31" w:rsidRPr="00FD2BB5" w:rsidRDefault="00C43D31" w:rsidP="00387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91" w:type="dxa"/>
            <w:shd w:val="clear" w:color="auto" w:fill="auto"/>
          </w:tcPr>
          <w:p w14:paraId="26B9FC54" w14:textId="0CB0A93B" w:rsidR="00C43D31" w:rsidRPr="00FD2BB5" w:rsidRDefault="00C43D31" w:rsidP="0038788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</w:t>
            </w:r>
            <w:r w:rsidR="008B2F22" w:rsidRPr="00FD2BB5">
              <w:t>4.50</w:t>
            </w:r>
          </w:p>
        </w:tc>
      </w:tr>
      <w:tr w:rsidR="008B2F22" w:rsidRPr="00FD2BB5" w14:paraId="5167ECB8" w14:textId="77777777" w:rsidTr="0047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FAA1EAD" w14:textId="4ABADD83" w:rsidR="008B2F22" w:rsidRPr="00FD2BB5" w:rsidRDefault="008B2F22" w:rsidP="008B2F22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Cheese</w:t>
            </w:r>
            <w:r w:rsidR="0045637E">
              <w:rPr>
                <w:b w:val="0"/>
                <w:bCs w:val="0"/>
              </w:rPr>
              <w:t xml:space="preserve"> Salad</w:t>
            </w:r>
          </w:p>
        </w:tc>
        <w:tc>
          <w:tcPr>
            <w:tcW w:w="1339" w:type="dxa"/>
          </w:tcPr>
          <w:p w14:paraId="6C67BDB1" w14:textId="77777777" w:rsidR="008B2F22" w:rsidRPr="00FD2BB5" w:rsidRDefault="008B2F22" w:rsidP="008B2F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</w:tcPr>
          <w:p w14:paraId="62E53067" w14:textId="77777777" w:rsidR="008B2F22" w:rsidRPr="00FD2BB5" w:rsidRDefault="008B2F22" w:rsidP="008B2F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91" w:type="dxa"/>
          </w:tcPr>
          <w:p w14:paraId="0D7EB810" w14:textId="146A36EA" w:rsidR="008B2F22" w:rsidRPr="00FD2BB5" w:rsidRDefault="008B2F22" w:rsidP="008B2F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>£4.50</w:t>
            </w:r>
          </w:p>
        </w:tc>
      </w:tr>
      <w:tr w:rsidR="008B2F22" w:rsidRPr="00FD2BB5" w14:paraId="2FBFC7E6" w14:textId="77777777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55CA1706" w14:textId="08BA503C" w:rsidR="008B2F22" w:rsidRPr="00FD2BB5" w:rsidRDefault="008B2F22" w:rsidP="008B2F22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Tuna</w:t>
            </w:r>
            <w:r w:rsidR="0045637E">
              <w:rPr>
                <w:b w:val="0"/>
                <w:bCs w:val="0"/>
              </w:rPr>
              <w:t xml:space="preserve"> Salad </w:t>
            </w:r>
          </w:p>
        </w:tc>
        <w:tc>
          <w:tcPr>
            <w:tcW w:w="1339" w:type="dxa"/>
            <w:shd w:val="clear" w:color="auto" w:fill="auto"/>
          </w:tcPr>
          <w:p w14:paraId="44E225CF" w14:textId="77777777" w:rsidR="008B2F22" w:rsidRPr="00FD2BB5" w:rsidRDefault="008B2F22" w:rsidP="008B2F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1" w:type="dxa"/>
            <w:shd w:val="clear" w:color="auto" w:fill="auto"/>
          </w:tcPr>
          <w:p w14:paraId="32D14DDE" w14:textId="77777777" w:rsidR="008B2F22" w:rsidRPr="00FD2BB5" w:rsidRDefault="008B2F22" w:rsidP="008B2F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91" w:type="dxa"/>
            <w:shd w:val="clear" w:color="auto" w:fill="auto"/>
          </w:tcPr>
          <w:p w14:paraId="22A5050F" w14:textId="4F4C8FC7" w:rsidR="008B2F22" w:rsidRPr="00FD2BB5" w:rsidRDefault="008B2F22" w:rsidP="008B2F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£4.50</w:t>
            </w:r>
          </w:p>
        </w:tc>
      </w:tr>
    </w:tbl>
    <w:p w14:paraId="3EBE343B" w14:textId="178FAFE2" w:rsidR="005362AE" w:rsidRPr="00FD2BB5" w:rsidRDefault="005362AE" w:rsidP="005362AE">
      <w:pPr>
        <w:pStyle w:val="ListParagraph"/>
        <w:numPr>
          <w:ilvl w:val="0"/>
          <w:numId w:val="10"/>
        </w:numPr>
        <w:spacing w:after="0"/>
      </w:pPr>
      <w:r w:rsidRPr="00FD2BB5">
        <w:rPr>
          <w:b/>
        </w:rPr>
        <w:t>DRINKS</w:t>
      </w:r>
    </w:p>
    <w:tbl>
      <w:tblPr>
        <w:tblStyle w:val="GridTable4"/>
        <w:tblW w:w="9351" w:type="dxa"/>
        <w:tblLook w:val="04A0" w:firstRow="1" w:lastRow="0" w:firstColumn="1" w:lastColumn="0" w:noHBand="0" w:noVBand="1"/>
      </w:tblPr>
      <w:tblGrid>
        <w:gridCol w:w="2880"/>
        <w:gridCol w:w="1339"/>
        <w:gridCol w:w="1541"/>
        <w:gridCol w:w="3591"/>
      </w:tblGrid>
      <w:tr w:rsidR="00343E9F" w:rsidRPr="00FD2BB5" w14:paraId="7C8AF981" w14:textId="77777777" w:rsidTr="00092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D9D9D9" w:themeFill="background1" w:themeFillShade="D9"/>
          </w:tcPr>
          <w:p w14:paraId="6126E710" w14:textId="77777777" w:rsidR="005362AE" w:rsidRPr="00FD2BB5" w:rsidRDefault="005362AE" w:rsidP="00050CC2">
            <w:pPr>
              <w:rPr>
                <w:color w:val="auto"/>
              </w:rPr>
            </w:pPr>
            <w:r w:rsidRPr="00FD2BB5">
              <w:rPr>
                <w:color w:val="auto"/>
              </w:rPr>
              <w:t>Item</w:t>
            </w:r>
          </w:p>
        </w:tc>
        <w:tc>
          <w:tcPr>
            <w:tcW w:w="1339" w:type="dxa"/>
            <w:shd w:val="clear" w:color="auto" w:fill="D9D9D9" w:themeFill="background1" w:themeFillShade="D9"/>
          </w:tcPr>
          <w:p w14:paraId="2C7B36B7" w14:textId="77777777" w:rsidR="005362AE" w:rsidRPr="00FD2BB5" w:rsidRDefault="005362AE" w:rsidP="00050C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Drink In</w:t>
            </w:r>
          </w:p>
        </w:tc>
        <w:tc>
          <w:tcPr>
            <w:tcW w:w="1541" w:type="dxa"/>
            <w:shd w:val="clear" w:color="auto" w:fill="D9D9D9" w:themeFill="background1" w:themeFillShade="D9"/>
          </w:tcPr>
          <w:p w14:paraId="0DEEE586" w14:textId="77777777" w:rsidR="005362AE" w:rsidRPr="00FD2BB5" w:rsidRDefault="005362AE" w:rsidP="00050CC2">
            <w:pPr>
              <w:ind w:left="16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Take Away</w:t>
            </w:r>
          </w:p>
        </w:tc>
        <w:tc>
          <w:tcPr>
            <w:tcW w:w="3591" w:type="dxa"/>
            <w:shd w:val="clear" w:color="auto" w:fill="D9D9D9" w:themeFill="background1" w:themeFillShade="D9"/>
          </w:tcPr>
          <w:p w14:paraId="20E7ED65" w14:textId="77777777" w:rsidR="005362AE" w:rsidRPr="00FD2BB5" w:rsidRDefault="005362AE" w:rsidP="00050CC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D2BB5">
              <w:rPr>
                <w:color w:val="auto"/>
              </w:rPr>
              <w:t>Price</w:t>
            </w:r>
          </w:p>
        </w:tc>
      </w:tr>
      <w:tr w:rsidR="005362AE" w:rsidRPr="00FD2BB5" w14:paraId="21424EAA" w14:textId="77777777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7A92C471" w14:textId="77777777" w:rsidR="005362AE" w:rsidRPr="00FD2BB5" w:rsidRDefault="005362AE" w:rsidP="00050CC2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Tea</w:t>
            </w:r>
          </w:p>
        </w:tc>
        <w:tc>
          <w:tcPr>
            <w:tcW w:w="1339" w:type="dxa"/>
            <w:shd w:val="clear" w:color="auto" w:fill="auto"/>
          </w:tcPr>
          <w:p w14:paraId="6B87298B" w14:textId="77777777" w:rsidR="005362AE" w:rsidRPr="00FD2BB5" w:rsidRDefault="005362AE" w:rsidP="00050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14:paraId="3B51BB7F" w14:textId="77777777" w:rsidR="005362AE" w:rsidRPr="00FD2BB5" w:rsidRDefault="005362AE" w:rsidP="00050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91" w:type="dxa"/>
            <w:shd w:val="clear" w:color="auto" w:fill="auto"/>
          </w:tcPr>
          <w:p w14:paraId="4992D6AC" w14:textId="77777777" w:rsidR="005362AE" w:rsidRPr="00FD2BB5" w:rsidRDefault="005362AE" w:rsidP="00050C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£1.00</w:t>
            </w:r>
          </w:p>
        </w:tc>
      </w:tr>
      <w:tr w:rsidR="005362AE" w:rsidRPr="00FD2BB5" w14:paraId="78FF9C65" w14:textId="77777777" w:rsidTr="0047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7D0A2DB" w14:textId="77777777" w:rsidR="005362AE" w:rsidRPr="00FD2BB5" w:rsidRDefault="005362AE" w:rsidP="00050CC2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Coffee</w:t>
            </w:r>
          </w:p>
        </w:tc>
        <w:tc>
          <w:tcPr>
            <w:tcW w:w="1339" w:type="dxa"/>
          </w:tcPr>
          <w:p w14:paraId="6A046FE4" w14:textId="77777777" w:rsidR="005362AE" w:rsidRPr="00FD2BB5" w:rsidRDefault="005362AE" w:rsidP="00050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</w:tcPr>
          <w:p w14:paraId="474570D8" w14:textId="77777777" w:rsidR="005362AE" w:rsidRPr="00FD2BB5" w:rsidRDefault="005362AE" w:rsidP="00050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91" w:type="dxa"/>
          </w:tcPr>
          <w:p w14:paraId="4E06E157" w14:textId="77777777" w:rsidR="005362AE" w:rsidRPr="00FD2BB5" w:rsidRDefault="005362AE" w:rsidP="00050C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>£1.00</w:t>
            </w:r>
          </w:p>
        </w:tc>
      </w:tr>
      <w:tr w:rsidR="005362AE" w:rsidRPr="00FD2BB5" w14:paraId="5778E5CF" w14:textId="77777777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011FCE13" w14:textId="77777777" w:rsidR="005362AE" w:rsidRPr="00FD2BB5" w:rsidRDefault="005362AE" w:rsidP="00050CC2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Orange Juice</w:t>
            </w:r>
          </w:p>
        </w:tc>
        <w:tc>
          <w:tcPr>
            <w:tcW w:w="1339" w:type="dxa"/>
            <w:shd w:val="clear" w:color="auto" w:fill="auto"/>
          </w:tcPr>
          <w:p w14:paraId="3C315A49" w14:textId="77777777" w:rsidR="005362AE" w:rsidRPr="00FD2BB5" w:rsidRDefault="005362AE" w:rsidP="00050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14:paraId="4C6182E1" w14:textId="77777777" w:rsidR="005362AE" w:rsidRPr="00FD2BB5" w:rsidRDefault="005362AE" w:rsidP="00050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91" w:type="dxa"/>
            <w:shd w:val="clear" w:color="auto" w:fill="auto"/>
          </w:tcPr>
          <w:p w14:paraId="53E6C74E" w14:textId="0A0F491C" w:rsidR="005362AE" w:rsidRPr="00FD2BB5" w:rsidRDefault="005362AE" w:rsidP="00050C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£1.</w:t>
            </w:r>
            <w:r w:rsidR="008B2F22" w:rsidRPr="00FD2BB5">
              <w:t>25</w:t>
            </w:r>
          </w:p>
        </w:tc>
      </w:tr>
      <w:tr w:rsidR="008B2F22" w:rsidRPr="00FD2BB5" w14:paraId="2F0A60E5" w14:textId="77777777" w:rsidTr="0047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415144F" w14:textId="77777777" w:rsidR="008B2F22" w:rsidRPr="00FD2BB5" w:rsidRDefault="008B2F22" w:rsidP="008B2F22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Apple Juice</w:t>
            </w:r>
          </w:p>
        </w:tc>
        <w:tc>
          <w:tcPr>
            <w:tcW w:w="1339" w:type="dxa"/>
          </w:tcPr>
          <w:p w14:paraId="47B8F9EF" w14:textId="77777777" w:rsidR="008B2F22" w:rsidRPr="00FD2BB5" w:rsidRDefault="008B2F22" w:rsidP="008B2F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</w:tcPr>
          <w:p w14:paraId="1E591A7F" w14:textId="77777777" w:rsidR="008B2F22" w:rsidRPr="00FD2BB5" w:rsidRDefault="008B2F22" w:rsidP="008B2F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91" w:type="dxa"/>
          </w:tcPr>
          <w:p w14:paraId="5B5A375A" w14:textId="452E7884" w:rsidR="008B2F22" w:rsidRPr="00FD2BB5" w:rsidRDefault="008B2F22" w:rsidP="008B2F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>£1.25</w:t>
            </w:r>
          </w:p>
        </w:tc>
      </w:tr>
      <w:tr w:rsidR="008B2F22" w:rsidRPr="00FD2BB5" w14:paraId="2BCBA0A9" w14:textId="77777777" w:rsidTr="00343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shd w:val="clear" w:color="auto" w:fill="auto"/>
          </w:tcPr>
          <w:p w14:paraId="3C340BEE" w14:textId="77777777" w:rsidR="008B2F22" w:rsidRPr="00FD2BB5" w:rsidRDefault="008B2F22" w:rsidP="008B2F22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Diet Coke</w:t>
            </w:r>
          </w:p>
        </w:tc>
        <w:tc>
          <w:tcPr>
            <w:tcW w:w="1339" w:type="dxa"/>
            <w:shd w:val="clear" w:color="auto" w:fill="auto"/>
          </w:tcPr>
          <w:p w14:paraId="33BA8207" w14:textId="77777777" w:rsidR="008B2F22" w:rsidRPr="00FD2BB5" w:rsidRDefault="008B2F22" w:rsidP="008B2F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14:paraId="151B14D9" w14:textId="77777777" w:rsidR="008B2F22" w:rsidRPr="00FD2BB5" w:rsidRDefault="008B2F22" w:rsidP="008B2F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91" w:type="dxa"/>
            <w:shd w:val="clear" w:color="auto" w:fill="auto"/>
          </w:tcPr>
          <w:p w14:paraId="4AFB7530" w14:textId="75565A0C" w:rsidR="008B2F22" w:rsidRPr="00FD2BB5" w:rsidRDefault="008B2F22" w:rsidP="008B2F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2BB5">
              <w:t>£1.25</w:t>
            </w:r>
          </w:p>
        </w:tc>
      </w:tr>
      <w:tr w:rsidR="008B2F22" w:rsidRPr="00FD2BB5" w14:paraId="2FBA0D4A" w14:textId="77777777" w:rsidTr="00471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DDF2E4A" w14:textId="77777777" w:rsidR="008B2F22" w:rsidRPr="00FD2BB5" w:rsidRDefault="008B2F22" w:rsidP="008B2F22">
            <w:pPr>
              <w:rPr>
                <w:b w:val="0"/>
                <w:bCs w:val="0"/>
              </w:rPr>
            </w:pPr>
            <w:r w:rsidRPr="00FD2BB5">
              <w:rPr>
                <w:b w:val="0"/>
                <w:bCs w:val="0"/>
              </w:rPr>
              <w:t>Diet Fanta Orange</w:t>
            </w:r>
          </w:p>
        </w:tc>
        <w:tc>
          <w:tcPr>
            <w:tcW w:w="1339" w:type="dxa"/>
          </w:tcPr>
          <w:p w14:paraId="35FF9DE2" w14:textId="77777777" w:rsidR="008B2F22" w:rsidRPr="00FD2BB5" w:rsidRDefault="008B2F22" w:rsidP="008B2F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 xml:space="preserve"> </w:t>
            </w:r>
          </w:p>
        </w:tc>
        <w:tc>
          <w:tcPr>
            <w:tcW w:w="1541" w:type="dxa"/>
          </w:tcPr>
          <w:p w14:paraId="2A58A824" w14:textId="77777777" w:rsidR="008B2F22" w:rsidRPr="00FD2BB5" w:rsidRDefault="008B2F22" w:rsidP="008B2F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91" w:type="dxa"/>
          </w:tcPr>
          <w:p w14:paraId="26373A08" w14:textId="252978C1" w:rsidR="008B2F22" w:rsidRPr="00FD2BB5" w:rsidRDefault="008B2F22" w:rsidP="008B2F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2BB5">
              <w:t>£1.25</w:t>
            </w:r>
          </w:p>
        </w:tc>
      </w:tr>
    </w:tbl>
    <w:p w14:paraId="68D2B1FE" w14:textId="779F8BAC" w:rsidR="00DA11B3" w:rsidRPr="00FD2BB5" w:rsidRDefault="00590BAE" w:rsidP="001B2322">
      <w:pPr>
        <w:ind w:left="5760" w:firstLine="720"/>
        <w:rPr>
          <w:b/>
          <w:bCs/>
        </w:rPr>
      </w:pPr>
      <w:r w:rsidRPr="00FD2BB5">
        <w:rPr>
          <w:b/>
          <w:bCs/>
        </w:rPr>
        <w:t xml:space="preserve"> </w:t>
      </w:r>
      <w:r w:rsidR="00011806" w:rsidRPr="00FD2BB5">
        <w:rPr>
          <w:b/>
          <w:bCs/>
        </w:rPr>
        <w:t>TOTAL SPEND £ ________</w:t>
      </w:r>
      <w:r w:rsidRPr="00FD2BB5">
        <w:rPr>
          <w:b/>
          <w:bCs/>
        </w:rPr>
        <w:t>______</w:t>
      </w:r>
    </w:p>
    <w:p w14:paraId="77B05F50" w14:textId="41628D61" w:rsidR="00DA11B3" w:rsidRPr="00FD2BB5" w:rsidRDefault="00685697" w:rsidP="00AB45FF">
      <w:r w:rsidRPr="00FD2BB5">
        <w:t>COMMENTS (Special Requests): ____________________________________________________________________________________________________________________________________________________________________________________________________________________________________</w:t>
      </w:r>
      <w:r w:rsidR="00011806" w:rsidRPr="00FD2BB5">
        <w:t xml:space="preserve">                 </w:t>
      </w:r>
    </w:p>
    <w:sectPr w:rsidR="00DA11B3" w:rsidRPr="00FD2BB5" w:rsidSect="00D7109D">
      <w:pgSz w:w="12240" w:h="15840"/>
      <w:pgMar w:top="851" w:right="1440" w:bottom="851" w:left="1440" w:header="720" w:footer="720" w:gutter="0"/>
      <w:pgBorders w:offsetFrom="page">
        <w:top w:val="thinThickThinMediumGap" w:sz="24" w:space="24" w:color="A6A6A6" w:themeColor="background1" w:themeShade="A6"/>
        <w:left w:val="thinThickThinMediumGap" w:sz="24" w:space="24" w:color="A6A6A6" w:themeColor="background1" w:themeShade="A6"/>
        <w:bottom w:val="thinThickThinMediumGap" w:sz="24" w:space="24" w:color="A6A6A6" w:themeColor="background1" w:themeShade="A6"/>
        <w:right w:val="thinThickThinMediumGap" w:sz="24" w:space="24" w:color="A6A6A6" w:themeColor="background1" w:themeShade="A6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3D8A80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7.4pt;height:467.4pt" o:bullet="t">
        <v:imagedata r:id="rId1" o:title="star-of-david-3494660_1280[1]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3B66FBF"/>
    <w:multiLevelType w:val="hybridMultilevel"/>
    <w:tmpl w:val="6F2EAC0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A1A74"/>
    <w:multiLevelType w:val="hybridMultilevel"/>
    <w:tmpl w:val="5C8A9F9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4654247">
    <w:abstractNumId w:val="8"/>
  </w:num>
  <w:num w:numId="2" w16cid:durableId="714356406">
    <w:abstractNumId w:val="6"/>
  </w:num>
  <w:num w:numId="3" w16cid:durableId="909074982">
    <w:abstractNumId w:val="5"/>
  </w:num>
  <w:num w:numId="4" w16cid:durableId="1909073091">
    <w:abstractNumId w:val="4"/>
  </w:num>
  <w:num w:numId="5" w16cid:durableId="2062627055">
    <w:abstractNumId w:val="7"/>
  </w:num>
  <w:num w:numId="6" w16cid:durableId="1235315011">
    <w:abstractNumId w:val="3"/>
  </w:num>
  <w:num w:numId="7" w16cid:durableId="186725121">
    <w:abstractNumId w:val="2"/>
  </w:num>
  <w:num w:numId="8" w16cid:durableId="4866507">
    <w:abstractNumId w:val="1"/>
  </w:num>
  <w:num w:numId="9" w16cid:durableId="1880360145">
    <w:abstractNumId w:val="0"/>
  </w:num>
  <w:num w:numId="10" w16cid:durableId="329404106">
    <w:abstractNumId w:val="10"/>
  </w:num>
  <w:num w:numId="11" w16cid:durableId="379792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806"/>
    <w:rsid w:val="00034616"/>
    <w:rsid w:val="000449AF"/>
    <w:rsid w:val="000522AB"/>
    <w:rsid w:val="000547A2"/>
    <w:rsid w:val="0006063C"/>
    <w:rsid w:val="000741FB"/>
    <w:rsid w:val="00085191"/>
    <w:rsid w:val="00091E76"/>
    <w:rsid w:val="00092C21"/>
    <w:rsid w:val="000A4777"/>
    <w:rsid w:val="000D2607"/>
    <w:rsid w:val="000D36C0"/>
    <w:rsid w:val="00100E48"/>
    <w:rsid w:val="0011564A"/>
    <w:rsid w:val="0015074B"/>
    <w:rsid w:val="001B1DD4"/>
    <w:rsid w:val="001B2322"/>
    <w:rsid w:val="00212C1E"/>
    <w:rsid w:val="002318D1"/>
    <w:rsid w:val="00266E6A"/>
    <w:rsid w:val="0029639D"/>
    <w:rsid w:val="002C68EE"/>
    <w:rsid w:val="0030373B"/>
    <w:rsid w:val="00326F90"/>
    <w:rsid w:val="00343E9F"/>
    <w:rsid w:val="003C72D4"/>
    <w:rsid w:val="003F11C5"/>
    <w:rsid w:val="0045637E"/>
    <w:rsid w:val="00471855"/>
    <w:rsid w:val="004A3828"/>
    <w:rsid w:val="004B4A7B"/>
    <w:rsid w:val="004C1ECA"/>
    <w:rsid w:val="004F4391"/>
    <w:rsid w:val="005109EF"/>
    <w:rsid w:val="005162BB"/>
    <w:rsid w:val="005362AE"/>
    <w:rsid w:val="0055377D"/>
    <w:rsid w:val="00590BAE"/>
    <w:rsid w:val="005B76AA"/>
    <w:rsid w:val="005D3991"/>
    <w:rsid w:val="005D4DE2"/>
    <w:rsid w:val="00605580"/>
    <w:rsid w:val="00636158"/>
    <w:rsid w:val="00685697"/>
    <w:rsid w:val="006A1E8A"/>
    <w:rsid w:val="00705783"/>
    <w:rsid w:val="00726AC0"/>
    <w:rsid w:val="00780CE4"/>
    <w:rsid w:val="00780FAF"/>
    <w:rsid w:val="007A67CB"/>
    <w:rsid w:val="00866FC6"/>
    <w:rsid w:val="008B2F22"/>
    <w:rsid w:val="008B5F7E"/>
    <w:rsid w:val="008D7B9D"/>
    <w:rsid w:val="008E01A1"/>
    <w:rsid w:val="008E441A"/>
    <w:rsid w:val="008E72EF"/>
    <w:rsid w:val="00951EDE"/>
    <w:rsid w:val="009A7811"/>
    <w:rsid w:val="009D40AB"/>
    <w:rsid w:val="00A03B1E"/>
    <w:rsid w:val="00A4243D"/>
    <w:rsid w:val="00AA1D8D"/>
    <w:rsid w:val="00AB45FF"/>
    <w:rsid w:val="00AC008E"/>
    <w:rsid w:val="00AE11A7"/>
    <w:rsid w:val="00B01A13"/>
    <w:rsid w:val="00B0784E"/>
    <w:rsid w:val="00B12532"/>
    <w:rsid w:val="00B47730"/>
    <w:rsid w:val="00B65382"/>
    <w:rsid w:val="00B742A8"/>
    <w:rsid w:val="00B82BBC"/>
    <w:rsid w:val="00BD33B6"/>
    <w:rsid w:val="00BF28B0"/>
    <w:rsid w:val="00C1762F"/>
    <w:rsid w:val="00C43D31"/>
    <w:rsid w:val="00C77229"/>
    <w:rsid w:val="00C97052"/>
    <w:rsid w:val="00CB0664"/>
    <w:rsid w:val="00CC57E0"/>
    <w:rsid w:val="00CD18A1"/>
    <w:rsid w:val="00CE31ED"/>
    <w:rsid w:val="00CE444E"/>
    <w:rsid w:val="00D542A8"/>
    <w:rsid w:val="00D7109D"/>
    <w:rsid w:val="00DA11B3"/>
    <w:rsid w:val="00DA6062"/>
    <w:rsid w:val="00E5622A"/>
    <w:rsid w:val="00E60187"/>
    <w:rsid w:val="00EA208E"/>
    <w:rsid w:val="00EF328E"/>
    <w:rsid w:val="00F221B9"/>
    <w:rsid w:val="00F3710F"/>
    <w:rsid w:val="00F86504"/>
    <w:rsid w:val="00FB2355"/>
    <w:rsid w:val="00FC693F"/>
    <w:rsid w:val="00FD2BB5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229489"/>
  <w14:defaultImageDpi w14:val="300"/>
  <w15:docId w15:val="{24799839-0461-46CD-8687-A8B950A2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4-Accent2">
    <w:name w:val="Grid Table 4 Accent 2"/>
    <w:basedOn w:val="TableNormal"/>
    <w:uiPriority w:val="49"/>
    <w:rsid w:val="00471855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">
    <w:name w:val="Grid Table 4"/>
    <w:basedOn w:val="TableNormal"/>
    <w:uiPriority w:val="49"/>
    <w:rsid w:val="0047185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8F3E12B5EAE45A5D96E9F47F0FB1B" ma:contentTypeVersion="18" ma:contentTypeDescription="Create a new document." ma:contentTypeScope="" ma:versionID="9bd8453a09d476c17ea5a61513e5780e">
  <xsd:schema xmlns:xsd="http://www.w3.org/2001/XMLSchema" xmlns:xs="http://www.w3.org/2001/XMLSchema" xmlns:p="http://schemas.microsoft.com/office/2006/metadata/properties" xmlns:ns2="9795c07c-4941-4da6-b486-faa2f3eea31c" xmlns:ns3="d3d0d9e9-3189-4f9a-aa9f-5b62dc374760" targetNamespace="http://schemas.microsoft.com/office/2006/metadata/properties" ma:root="true" ma:fieldsID="96ba57893ccee69d8bfc2e11370d1cfd" ns2:_="" ns3:_="">
    <xsd:import namespace="9795c07c-4941-4da6-b486-faa2f3eea31c"/>
    <xsd:import namespace="d3d0d9e9-3189-4f9a-aa9f-5b62dc3747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5c07c-4941-4da6-b486-faa2f3eea3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684496-50b7-4956-889b-b2eab3689c46}" ma:internalName="TaxCatchAll" ma:showField="CatchAllData" ma:web="9795c07c-4941-4da6-b486-faa2f3eea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0d9e9-3189-4f9a-aa9f-5b62dc374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f236d1d-63e8-4397-8615-39d088ab97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95c07c-4941-4da6-b486-faa2f3eea31c" xsi:nil="true"/>
    <lcf76f155ced4ddcb4097134ff3c332f xmlns="d3d0d9e9-3189-4f9a-aa9f-5b62dc3747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602ADE-C5EB-4EF2-A3BC-C59A1F1C6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5c07c-4941-4da6-b486-faa2f3eea31c"/>
    <ds:schemaRef ds:uri="d3d0d9e9-3189-4f9a-aa9f-5b62dc374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034CE7-D486-4748-B3BA-1B680EBC0A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EEE6D9-7032-442C-9BAC-8F578E5D43A6}">
  <ds:schemaRefs>
    <ds:schemaRef ds:uri="http://schemas.microsoft.com/office/2006/metadata/properties"/>
    <ds:schemaRef ds:uri="http://schemas.microsoft.com/office/infopath/2007/PartnerControls"/>
    <ds:schemaRef ds:uri="9795c07c-4941-4da6-b486-faa2f3eea31c"/>
    <ds:schemaRef ds:uri="d3d0d9e9-3189-4f9a-aa9f-5b62dc3747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1087</Characters>
  <Application>Microsoft Office Word</Application>
  <DocSecurity>0</DocSecurity>
  <Lines>155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Kay Workman - BJHA</cp:lastModifiedBy>
  <cp:revision>2</cp:revision>
  <cp:lastPrinted>2026-04-09T16:10:00Z</cp:lastPrinted>
  <dcterms:created xsi:type="dcterms:W3CDTF">2026-04-10T07:27:00Z</dcterms:created>
  <dcterms:modified xsi:type="dcterms:W3CDTF">2026-04-10T07:27:00Z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0x0101000608F3E12B5EAE45A5D96E9F47F0FB1B</vt:lpwstr>
  </property>
  <property fmtid="{D5CDD505-2E9C-101B-9397-08002B2CF9AE}" pid="3" name="MediaServiceImageTags">
    <vt:lpwstr/>
  </property>
</Properties>
</file>